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5A05F" w14:textId="3459E5C1" w:rsidR="007662BF" w:rsidRDefault="007662BF">
      <w:pPr>
        <w:jc w:val="center"/>
        <w:rPr>
          <w:b/>
          <w:sz w:val="26"/>
        </w:rPr>
      </w:pPr>
      <w:r>
        <w:rPr>
          <w:noProof/>
        </w:rPr>
        <w:drawing>
          <wp:inline distT="0" distB="0" distL="0" distR="0" wp14:anchorId="77CFE0FF" wp14:editId="7CF78634">
            <wp:extent cx="666750" cy="712839"/>
            <wp:effectExtent l="0" t="0" r="0" b="0"/>
            <wp:docPr id="11322755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275543" name="Picture 113227554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528" cy="724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6F574" w14:textId="26D0A48E" w:rsidR="00004A26" w:rsidRDefault="005A7ADF">
      <w:pPr>
        <w:jc w:val="center"/>
      </w:pPr>
      <w:r>
        <w:rPr>
          <w:b/>
          <w:sz w:val="26"/>
        </w:rPr>
        <w:t>KUZEY KIBRIS TÜRK CUMHURİYETİ</w:t>
      </w:r>
    </w:p>
    <w:p w14:paraId="1B233F28" w14:textId="77777777" w:rsidR="00004A26" w:rsidRDefault="005A7ADF">
      <w:pPr>
        <w:jc w:val="center"/>
      </w:pPr>
      <w:r>
        <w:rPr>
          <w:b/>
          <w:sz w:val="24"/>
        </w:rPr>
        <w:t>MALİYE BAKANLIĞI</w:t>
      </w:r>
    </w:p>
    <w:p w14:paraId="323A971B" w14:textId="154C9A2C" w:rsidR="00004A26" w:rsidRDefault="005A7ADF">
      <w:pPr>
        <w:jc w:val="center"/>
      </w:pPr>
      <w:r>
        <w:rPr>
          <w:b/>
          <w:sz w:val="28"/>
        </w:rPr>
        <w:t>TASDİK MEMURU GÖREVDE BULUNMAMA BİLDİRİM FORMU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00"/>
      </w:tblGrid>
      <w:tr w:rsidR="004B2741" w14:paraId="5ABA7A51" w14:textId="77777777" w:rsidTr="003A359E">
        <w:tc>
          <w:tcPr>
            <w:tcW w:w="51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C3BBC8" w14:textId="735B1D37" w:rsidR="004B2741" w:rsidRDefault="004B2741">
            <w:r>
              <w:t xml:space="preserve">  </w:t>
            </w:r>
          </w:p>
        </w:tc>
      </w:tr>
    </w:tbl>
    <w:p w14:paraId="3EF351AA" w14:textId="77777777" w:rsidR="00004A26" w:rsidRDefault="005A7ADF">
      <w:pPr>
        <w:spacing w:before="120" w:after="60"/>
      </w:pPr>
      <w:r>
        <w:rPr>
          <w:b/>
          <w:sz w:val="22"/>
        </w:rPr>
        <w:t>A. TASDİK MEMURUNUN BİLGİLERİ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100"/>
        <w:gridCol w:w="5100"/>
      </w:tblGrid>
      <w:tr w:rsidR="00004A26" w14:paraId="1570EE6B" w14:textId="77777777">
        <w:trPr>
          <w:jc w:val="center"/>
        </w:trPr>
        <w:tc>
          <w:tcPr>
            <w:tcW w:w="51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90B13D" w14:textId="1FEA61F3" w:rsidR="00004A26" w:rsidRDefault="005A7ADF">
            <w:proofErr w:type="spellStart"/>
            <w:r>
              <w:t>Adı</w:t>
            </w:r>
            <w:proofErr w:type="spellEnd"/>
            <w:r>
              <w:t xml:space="preserve"> </w:t>
            </w:r>
            <w:proofErr w:type="spellStart"/>
            <w:r>
              <w:t>Soyadı</w:t>
            </w:r>
            <w:proofErr w:type="spellEnd"/>
            <w:r>
              <w:t>:</w:t>
            </w:r>
            <w:r>
              <w:br/>
              <w:t xml:space="preserve">  ________________________________</w:t>
            </w:r>
          </w:p>
        </w:tc>
        <w:tc>
          <w:tcPr>
            <w:tcW w:w="51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EC39C5" w14:textId="424149A2" w:rsidR="00004A26" w:rsidRDefault="005A7ADF">
            <w:proofErr w:type="spellStart"/>
            <w:r>
              <w:t>Mühür</w:t>
            </w:r>
            <w:proofErr w:type="spellEnd"/>
            <w:r>
              <w:t xml:space="preserve"> No:</w:t>
            </w:r>
            <w:r>
              <w:br/>
              <w:t xml:space="preserve">  ________________________________</w:t>
            </w:r>
          </w:p>
        </w:tc>
      </w:tr>
      <w:tr w:rsidR="00004A26" w14:paraId="42E90AD4" w14:textId="77777777">
        <w:trPr>
          <w:jc w:val="center"/>
        </w:trPr>
        <w:tc>
          <w:tcPr>
            <w:tcW w:w="51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774D06" w14:textId="77777777" w:rsidR="00004A26" w:rsidRDefault="005A7ADF">
            <w:proofErr w:type="spellStart"/>
            <w:r>
              <w:t>Görev</w:t>
            </w:r>
            <w:proofErr w:type="spellEnd"/>
            <w:r>
              <w:t xml:space="preserve"> </w:t>
            </w:r>
            <w:proofErr w:type="spellStart"/>
            <w:r>
              <w:t>Yaptığı</w:t>
            </w:r>
            <w:proofErr w:type="spellEnd"/>
            <w:r>
              <w:t xml:space="preserve"> </w:t>
            </w:r>
            <w:proofErr w:type="spellStart"/>
            <w:r>
              <w:t>İlçe</w:t>
            </w:r>
            <w:proofErr w:type="spellEnd"/>
            <w:r>
              <w:t>:</w:t>
            </w:r>
            <w:r>
              <w:br/>
              <w:t xml:space="preserve">  ________________________________</w:t>
            </w:r>
          </w:p>
        </w:tc>
        <w:tc>
          <w:tcPr>
            <w:tcW w:w="51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D2A3F8" w14:textId="77777777" w:rsidR="00004A26" w:rsidRDefault="005A7ADF">
            <w:proofErr w:type="spellStart"/>
            <w:r>
              <w:t>İşyeri</w:t>
            </w:r>
            <w:proofErr w:type="spellEnd"/>
            <w:r>
              <w:t xml:space="preserve"> </w:t>
            </w:r>
            <w:proofErr w:type="spellStart"/>
            <w:r>
              <w:t>Telefonu</w:t>
            </w:r>
            <w:proofErr w:type="spellEnd"/>
            <w:r>
              <w:t>:</w:t>
            </w:r>
            <w:r>
              <w:br/>
              <w:t xml:space="preserve">  ________________________________</w:t>
            </w:r>
          </w:p>
        </w:tc>
      </w:tr>
      <w:tr w:rsidR="00004A26" w14:paraId="5C61F818" w14:textId="77777777">
        <w:trPr>
          <w:jc w:val="center"/>
        </w:trPr>
        <w:tc>
          <w:tcPr>
            <w:tcW w:w="51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514787" w14:textId="77777777" w:rsidR="00004A26" w:rsidRDefault="005A7ADF">
            <w:proofErr w:type="spellStart"/>
            <w:r>
              <w:t>İşyeri</w:t>
            </w:r>
            <w:proofErr w:type="spellEnd"/>
            <w:r>
              <w:t xml:space="preserve"> </w:t>
            </w:r>
            <w:proofErr w:type="spellStart"/>
            <w:r>
              <w:t>Adresi</w:t>
            </w:r>
            <w:proofErr w:type="spellEnd"/>
            <w:r>
              <w:t>:</w:t>
            </w:r>
            <w:r>
              <w:br/>
              <w:t xml:space="preserve">  ________________________________</w:t>
            </w:r>
          </w:p>
        </w:tc>
        <w:tc>
          <w:tcPr>
            <w:tcW w:w="51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31B7B9" w14:textId="77777777" w:rsidR="00004A26" w:rsidRDefault="005A7ADF">
            <w:r>
              <w:t xml:space="preserve">Cep </w:t>
            </w:r>
            <w:proofErr w:type="spellStart"/>
            <w:r>
              <w:t>Telefonu</w:t>
            </w:r>
            <w:proofErr w:type="spellEnd"/>
            <w:r>
              <w:t>:</w:t>
            </w:r>
            <w:r>
              <w:br/>
              <w:t xml:space="preserve">  ________________________________</w:t>
            </w:r>
          </w:p>
        </w:tc>
      </w:tr>
    </w:tbl>
    <w:p w14:paraId="3577856D" w14:textId="36C33D29" w:rsidR="00004A26" w:rsidRDefault="005A7ADF">
      <w:pPr>
        <w:spacing w:before="120" w:after="60"/>
      </w:pPr>
      <w:r>
        <w:rPr>
          <w:b/>
          <w:sz w:val="22"/>
        </w:rPr>
        <w:t>B. GÖREVDE BULUNMAMA BİLGİLERİ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100"/>
        <w:gridCol w:w="5100"/>
      </w:tblGrid>
      <w:tr w:rsidR="00004A26" w14:paraId="42D76773" w14:textId="77777777">
        <w:trPr>
          <w:jc w:val="center"/>
        </w:trPr>
        <w:tc>
          <w:tcPr>
            <w:tcW w:w="51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467A84" w14:textId="259F66AD" w:rsidR="00004A26" w:rsidRDefault="00304450">
            <w:proofErr w:type="spellStart"/>
            <w:r>
              <w:t>G</w:t>
            </w:r>
            <w:r w:rsidR="005A7ADF">
              <w:t>örevde</w:t>
            </w:r>
            <w:proofErr w:type="spellEnd"/>
            <w:r w:rsidR="005A7ADF">
              <w:t xml:space="preserve"> </w:t>
            </w:r>
            <w:proofErr w:type="spellStart"/>
            <w:r w:rsidR="005A7ADF">
              <w:t>bulunmama</w:t>
            </w:r>
            <w:proofErr w:type="spellEnd"/>
            <w:r w:rsidR="005A7ADF">
              <w:t xml:space="preserve"> </w:t>
            </w:r>
            <w:proofErr w:type="spellStart"/>
            <w:r w:rsidR="005A7ADF">
              <w:t>başlangıç</w:t>
            </w:r>
            <w:proofErr w:type="spellEnd"/>
            <w:r w:rsidR="005A7ADF">
              <w:t xml:space="preserve"> </w:t>
            </w:r>
            <w:proofErr w:type="spellStart"/>
            <w:r w:rsidR="005A7ADF">
              <w:t>tarihi</w:t>
            </w:r>
            <w:proofErr w:type="spellEnd"/>
            <w:r w:rsidR="005A7ADF">
              <w:t>:</w:t>
            </w:r>
          </w:p>
        </w:tc>
        <w:tc>
          <w:tcPr>
            <w:tcW w:w="51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D70494" w14:textId="36300283" w:rsidR="00004A26" w:rsidRDefault="00304450">
            <w:proofErr w:type="spellStart"/>
            <w:r>
              <w:t>G</w:t>
            </w:r>
            <w:r w:rsidR="005A7ADF">
              <w:t>örevde</w:t>
            </w:r>
            <w:proofErr w:type="spellEnd"/>
            <w:r w:rsidR="005A7ADF">
              <w:t xml:space="preserve"> </w:t>
            </w:r>
            <w:proofErr w:type="spellStart"/>
            <w:r w:rsidR="005A7ADF">
              <w:t>bulunmama</w:t>
            </w:r>
            <w:proofErr w:type="spellEnd"/>
            <w:r w:rsidR="005A7ADF">
              <w:t xml:space="preserve"> </w:t>
            </w:r>
            <w:proofErr w:type="spellStart"/>
            <w:r w:rsidR="005A7ADF">
              <w:t>bitiş</w:t>
            </w:r>
            <w:proofErr w:type="spellEnd"/>
            <w:r w:rsidR="005A7ADF">
              <w:t xml:space="preserve"> </w:t>
            </w:r>
            <w:proofErr w:type="spellStart"/>
            <w:r w:rsidR="005A7ADF">
              <w:t>tarihi</w:t>
            </w:r>
            <w:proofErr w:type="spellEnd"/>
            <w:r w:rsidR="005A7ADF">
              <w:t>:</w:t>
            </w:r>
          </w:p>
        </w:tc>
      </w:tr>
      <w:tr w:rsidR="00004A26" w14:paraId="2A847716" w14:textId="77777777">
        <w:trPr>
          <w:jc w:val="center"/>
        </w:trPr>
        <w:tc>
          <w:tcPr>
            <w:tcW w:w="51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A87DC5" w14:textId="77777777" w:rsidR="00004A26" w:rsidRDefault="005A7ADF">
            <w:proofErr w:type="spellStart"/>
            <w:r>
              <w:t>Toplam</w:t>
            </w:r>
            <w:proofErr w:type="spellEnd"/>
            <w:r>
              <w:t xml:space="preserve"> </w:t>
            </w:r>
            <w:proofErr w:type="spellStart"/>
            <w:r>
              <w:t>süre</w:t>
            </w:r>
            <w:proofErr w:type="spellEnd"/>
            <w:r>
              <w:t xml:space="preserve">: ................ </w:t>
            </w:r>
            <w:proofErr w:type="spellStart"/>
            <w:r>
              <w:t>gün</w:t>
            </w:r>
            <w:proofErr w:type="spellEnd"/>
          </w:p>
        </w:tc>
        <w:tc>
          <w:tcPr>
            <w:tcW w:w="51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EDC3FC" w14:textId="77777777" w:rsidR="00004A26" w:rsidRDefault="005A7ADF">
            <w:proofErr w:type="spellStart"/>
            <w:r>
              <w:t>Bildirim</w:t>
            </w:r>
            <w:proofErr w:type="spellEnd"/>
            <w:r>
              <w:t xml:space="preserve"> </w:t>
            </w:r>
            <w:proofErr w:type="spellStart"/>
            <w:r>
              <w:t>tarihi</w:t>
            </w:r>
            <w:proofErr w:type="spellEnd"/>
            <w:r>
              <w:t>: …… / …… / …………</w:t>
            </w:r>
          </w:p>
        </w:tc>
      </w:tr>
      <w:tr w:rsidR="00004A26" w14:paraId="4884E9AB" w14:textId="77777777">
        <w:trPr>
          <w:jc w:val="center"/>
        </w:trPr>
        <w:tc>
          <w:tcPr>
            <w:tcW w:w="10200" w:type="dxa"/>
            <w:gridSpan w:val="2"/>
            <w:shd w:val="clear" w:color="auto" w:fill="D9E1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D946FB" w14:textId="6ADD2AF0" w:rsidR="00004A26" w:rsidRDefault="005A7ADF">
            <w:proofErr w:type="spellStart"/>
            <w:r>
              <w:t>Talep</w:t>
            </w:r>
            <w:proofErr w:type="spellEnd"/>
            <w:r>
              <w:t xml:space="preserve"> </w:t>
            </w:r>
            <w:proofErr w:type="spellStart"/>
            <w:r>
              <w:t>edilen</w:t>
            </w:r>
            <w:proofErr w:type="spellEnd"/>
            <w:r>
              <w:t xml:space="preserve"> </w:t>
            </w:r>
            <w:proofErr w:type="spellStart"/>
            <w:r>
              <w:t>görevde</w:t>
            </w:r>
            <w:proofErr w:type="spellEnd"/>
            <w:r>
              <w:t xml:space="preserve"> </w:t>
            </w:r>
            <w:proofErr w:type="spellStart"/>
            <w:r>
              <w:t>bulunmama</w:t>
            </w:r>
            <w:proofErr w:type="spellEnd"/>
            <w:r>
              <w:t xml:space="preserve"> </w:t>
            </w:r>
            <w:proofErr w:type="spellStart"/>
            <w:r>
              <w:t>şekli</w:t>
            </w:r>
            <w:proofErr w:type="spellEnd"/>
            <w:r>
              <w:t>:</w:t>
            </w:r>
            <w:r>
              <w:br/>
              <w:t xml:space="preserve">☐ </w:t>
            </w:r>
            <w:proofErr w:type="spellStart"/>
            <w:r>
              <w:t>Yıllık</w:t>
            </w:r>
            <w:proofErr w:type="spellEnd"/>
            <w:r>
              <w:t xml:space="preserve"> </w:t>
            </w:r>
            <w:proofErr w:type="spellStart"/>
            <w:r>
              <w:t>izin</w:t>
            </w:r>
            <w:proofErr w:type="spellEnd"/>
            <w:r>
              <w:t xml:space="preserve">    ☐ </w:t>
            </w:r>
            <w:proofErr w:type="spellStart"/>
            <w:r>
              <w:t>Sağlık</w:t>
            </w:r>
            <w:proofErr w:type="spellEnd"/>
            <w:r>
              <w:t xml:space="preserve"> </w:t>
            </w:r>
            <w:proofErr w:type="spellStart"/>
            <w:r>
              <w:t>nedeniyle</w:t>
            </w:r>
            <w:proofErr w:type="spellEnd"/>
            <w:r>
              <w:t xml:space="preserve">    ☐ </w:t>
            </w:r>
            <w:proofErr w:type="spellStart"/>
            <w:r>
              <w:t>Tutukluluk</w:t>
            </w:r>
            <w:proofErr w:type="spellEnd"/>
            <w:r>
              <w:t xml:space="preserve"> / </w:t>
            </w:r>
            <w:proofErr w:type="spellStart"/>
            <w:r>
              <w:t>zorunlu</w:t>
            </w:r>
            <w:proofErr w:type="spellEnd"/>
            <w:r>
              <w:t xml:space="preserve"> </w:t>
            </w:r>
            <w:proofErr w:type="spellStart"/>
            <w:r>
              <w:t>neden</w:t>
            </w:r>
            <w:proofErr w:type="spellEnd"/>
            <w:r>
              <w:br/>
              <w:t xml:space="preserve">☐ </w:t>
            </w:r>
            <w:proofErr w:type="spellStart"/>
            <w:r>
              <w:t>Mazeret</w:t>
            </w:r>
            <w:proofErr w:type="spellEnd"/>
            <w:r>
              <w:t xml:space="preserve">       ☐ </w:t>
            </w:r>
            <w:proofErr w:type="spellStart"/>
            <w:r>
              <w:t>Diğer</w:t>
            </w:r>
            <w:proofErr w:type="spellEnd"/>
            <w:r>
              <w:t>: __________________________________________</w:t>
            </w:r>
          </w:p>
        </w:tc>
      </w:tr>
    </w:tbl>
    <w:p w14:paraId="2E0520D6" w14:textId="5E304C16" w:rsidR="00004A26" w:rsidRDefault="005A7ADF">
      <w:proofErr w:type="spellStart"/>
      <w:r>
        <w:rPr>
          <w:b/>
        </w:rPr>
        <w:t>Açıklama</w:t>
      </w:r>
      <w:proofErr w:type="spellEnd"/>
      <w:r>
        <w:rPr>
          <w:b/>
        </w:rPr>
        <w:t xml:space="preserve"> </w:t>
      </w:r>
    </w:p>
    <w:p w14:paraId="15C971CF" w14:textId="7DE3C43A" w:rsidR="00004A26" w:rsidRDefault="005A7ADF">
      <w:pPr>
        <w:spacing w:after="0"/>
      </w:pPr>
      <w:r>
        <w:t>_______________________________________________________________________________</w:t>
      </w:r>
    </w:p>
    <w:p w14:paraId="6C1FD149" w14:textId="77777777" w:rsidR="00004A26" w:rsidRDefault="005A7ADF">
      <w:pPr>
        <w:spacing w:after="0"/>
      </w:pPr>
      <w:r>
        <w:t>________________________________________________________________________________</w:t>
      </w:r>
    </w:p>
    <w:p w14:paraId="1BACDB7A" w14:textId="77777777" w:rsidR="00004A26" w:rsidRDefault="005A7ADF">
      <w:pPr>
        <w:spacing w:after="0"/>
      </w:pPr>
      <w:r>
        <w:t>________________________________________________________________________________</w:t>
      </w:r>
    </w:p>
    <w:p w14:paraId="516C97D5" w14:textId="77777777" w:rsidR="00004A26" w:rsidRDefault="005A7ADF">
      <w:pPr>
        <w:spacing w:before="120" w:after="60"/>
      </w:pPr>
      <w:r>
        <w:rPr>
          <w:b/>
          <w:sz w:val="22"/>
        </w:rPr>
        <w:t>C. TASDİK MEMURUNUN BEYANI</w:t>
      </w:r>
    </w:p>
    <w:p w14:paraId="4E09AF47" w14:textId="77777777" w:rsidR="00004A26" w:rsidRDefault="005A7ADF">
      <w:proofErr w:type="spellStart"/>
      <w:r>
        <w:t>Yukarıda</w:t>
      </w:r>
      <w:proofErr w:type="spellEnd"/>
      <w:r>
        <w:t xml:space="preserve"> </w:t>
      </w:r>
      <w:proofErr w:type="spellStart"/>
      <w:r>
        <w:t>belirtilen</w:t>
      </w:r>
      <w:proofErr w:type="spellEnd"/>
      <w:r>
        <w:t xml:space="preserve"> </w:t>
      </w:r>
      <w:proofErr w:type="spellStart"/>
      <w:r>
        <w:t>tarihler</w:t>
      </w:r>
      <w:proofErr w:type="spellEnd"/>
      <w:r>
        <w:t xml:space="preserve"> </w:t>
      </w:r>
      <w:proofErr w:type="spellStart"/>
      <w:r>
        <w:t>arasında</w:t>
      </w:r>
      <w:proofErr w:type="spellEnd"/>
      <w:r>
        <w:t xml:space="preserve"> </w:t>
      </w:r>
      <w:proofErr w:type="spellStart"/>
      <w:r>
        <w:t>tasdik</w:t>
      </w:r>
      <w:proofErr w:type="spellEnd"/>
      <w:r>
        <w:t xml:space="preserve"> </w:t>
      </w:r>
      <w:proofErr w:type="spellStart"/>
      <w:r>
        <w:t>memurluğu</w:t>
      </w:r>
      <w:proofErr w:type="spellEnd"/>
      <w:r>
        <w:t xml:space="preserve"> </w:t>
      </w:r>
      <w:proofErr w:type="spellStart"/>
      <w:r>
        <w:t>görevimi</w:t>
      </w:r>
      <w:proofErr w:type="spellEnd"/>
      <w:r>
        <w:t xml:space="preserve"> </w:t>
      </w:r>
      <w:proofErr w:type="spellStart"/>
      <w:r>
        <w:t>yerine</w:t>
      </w:r>
      <w:proofErr w:type="spellEnd"/>
      <w:r>
        <w:t xml:space="preserve"> </w:t>
      </w:r>
      <w:proofErr w:type="spellStart"/>
      <w:r>
        <w:t>getiremeyeceğimi</w:t>
      </w:r>
      <w:proofErr w:type="spellEnd"/>
      <w:r>
        <w:t xml:space="preserve"> </w:t>
      </w:r>
      <w:proofErr w:type="spellStart"/>
      <w:r>
        <w:t>bildiririm</w:t>
      </w:r>
      <w:proofErr w:type="spellEnd"/>
      <w:r>
        <w:t>.</w:t>
      </w:r>
    </w:p>
    <w:p w14:paraId="64961C05" w14:textId="77777777" w:rsidR="00004A26" w:rsidRDefault="005A7ADF">
      <w:r>
        <w:t xml:space="preserve">54/2024 </w:t>
      </w:r>
      <w:proofErr w:type="spellStart"/>
      <w:r>
        <w:t>sayılı</w:t>
      </w:r>
      <w:proofErr w:type="spellEnd"/>
      <w:r>
        <w:t xml:space="preserve"> </w:t>
      </w:r>
      <w:proofErr w:type="spellStart"/>
      <w:r>
        <w:t>Tasdik</w:t>
      </w:r>
      <w:proofErr w:type="spellEnd"/>
      <w:r>
        <w:t xml:space="preserve"> </w:t>
      </w:r>
      <w:proofErr w:type="spellStart"/>
      <w:r>
        <w:t>Memurları</w:t>
      </w:r>
      <w:proofErr w:type="spellEnd"/>
      <w:r>
        <w:t xml:space="preserve"> </w:t>
      </w:r>
      <w:proofErr w:type="spellStart"/>
      <w:r>
        <w:t>Yasası'nın</w:t>
      </w:r>
      <w:proofErr w:type="spellEnd"/>
      <w:r>
        <w:t xml:space="preserve"> 11'inci </w:t>
      </w:r>
      <w:proofErr w:type="spellStart"/>
      <w:r>
        <w:t>maddesi</w:t>
      </w:r>
      <w:proofErr w:type="spellEnd"/>
      <w:r>
        <w:t xml:space="preserve"> </w:t>
      </w:r>
      <w:proofErr w:type="spellStart"/>
      <w:r>
        <w:t>kapsamında</w:t>
      </w:r>
      <w:proofErr w:type="spellEnd"/>
      <w:r>
        <w:t xml:space="preserve">, </w:t>
      </w:r>
      <w:proofErr w:type="spellStart"/>
      <w:r>
        <w:t>görevde</w:t>
      </w:r>
      <w:proofErr w:type="spellEnd"/>
      <w:r>
        <w:t xml:space="preserve"> </w:t>
      </w:r>
      <w:proofErr w:type="spellStart"/>
      <w:r>
        <w:t>bulunamayacağım</w:t>
      </w:r>
      <w:proofErr w:type="spellEnd"/>
      <w:r>
        <w:t xml:space="preserve"> </w:t>
      </w:r>
      <w:proofErr w:type="spellStart"/>
      <w:r>
        <w:t>süreye</w:t>
      </w:r>
      <w:proofErr w:type="spellEnd"/>
      <w:r>
        <w:t xml:space="preserve"> </w:t>
      </w:r>
      <w:proofErr w:type="spellStart"/>
      <w:r>
        <w:t>ilişkin</w:t>
      </w:r>
      <w:proofErr w:type="spellEnd"/>
      <w:r>
        <w:t xml:space="preserve"> </w:t>
      </w:r>
      <w:proofErr w:type="spellStart"/>
      <w:r>
        <w:t>gerekli</w:t>
      </w:r>
      <w:proofErr w:type="spellEnd"/>
      <w:r>
        <w:t xml:space="preserve"> </w:t>
      </w:r>
      <w:proofErr w:type="spellStart"/>
      <w:r>
        <w:t>bildirimi</w:t>
      </w:r>
      <w:proofErr w:type="spellEnd"/>
      <w:r>
        <w:t xml:space="preserve"> </w:t>
      </w:r>
      <w:proofErr w:type="spellStart"/>
      <w:r>
        <w:t>yaptığımı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görevde</w:t>
      </w:r>
      <w:proofErr w:type="spellEnd"/>
      <w:r>
        <w:t xml:space="preserve"> </w:t>
      </w:r>
      <w:proofErr w:type="spellStart"/>
      <w:r>
        <w:t>bulunmadığım</w:t>
      </w:r>
      <w:proofErr w:type="spellEnd"/>
      <w:r>
        <w:t xml:space="preserve"> </w:t>
      </w:r>
      <w:proofErr w:type="spellStart"/>
      <w:r>
        <w:t>süre</w:t>
      </w:r>
      <w:proofErr w:type="spellEnd"/>
      <w:r>
        <w:t xml:space="preserve"> </w:t>
      </w:r>
      <w:proofErr w:type="spellStart"/>
      <w:r>
        <w:t>boyunca</w:t>
      </w:r>
      <w:proofErr w:type="spellEnd"/>
      <w:r>
        <w:t xml:space="preserve"> </w:t>
      </w:r>
      <w:proofErr w:type="spellStart"/>
      <w:r>
        <w:t>ulaşılabilir</w:t>
      </w:r>
      <w:proofErr w:type="spellEnd"/>
      <w:r>
        <w:t xml:space="preserve"> </w:t>
      </w:r>
      <w:proofErr w:type="spellStart"/>
      <w:r>
        <w:t>iletişim</w:t>
      </w:r>
      <w:proofErr w:type="spellEnd"/>
      <w:r>
        <w:t xml:space="preserve"> </w:t>
      </w:r>
      <w:proofErr w:type="spellStart"/>
      <w:r>
        <w:t>bilgilerimi</w:t>
      </w:r>
      <w:proofErr w:type="spellEnd"/>
      <w:r>
        <w:t xml:space="preserve"> </w:t>
      </w:r>
      <w:proofErr w:type="spellStart"/>
      <w:r>
        <w:t>bildirdiğimi</w:t>
      </w:r>
      <w:proofErr w:type="spellEnd"/>
      <w:r>
        <w:t xml:space="preserve"> </w:t>
      </w:r>
      <w:proofErr w:type="spellStart"/>
      <w:r>
        <w:t>beyan</w:t>
      </w:r>
      <w:proofErr w:type="spellEnd"/>
      <w:r>
        <w:t xml:space="preserve"> </w:t>
      </w:r>
      <w:proofErr w:type="spellStart"/>
      <w:r>
        <w:t>ederim</w:t>
      </w:r>
      <w:proofErr w:type="spellEnd"/>
      <w: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100"/>
        <w:gridCol w:w="5100"/>
      </w:tblGrid>
      <w:tr w:rsidR="00004A26" w14:paraId="4CEFBDA9" w14:textId="77777777">
        <w:trPr>
          <w:jc w:val="center"/>
        </w:trPr>
        <w:tc>
          <w:tcPr>
            <w:tcW w:w="51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BDD4DD" w14:textId="77777777" w:rsidR="00004A26" w:rsidRDefault="005A7ADF">
            <w:proofErr w:type="spellStart"/>
            <w:r>
              <w:t>Tasdik</w:t>
            </w:r>
            <w:proofErr w:type="spellEnd"/>
            <w:r>
              <w:t xml:space="preserve"> </w:t>
            </w:r>
            <w:proofErr w:type="spellStart"/>
            <w:r>
              <w:t>Memurunun</w:t>
            </w:r>
            <w:proofErr w:type="spellEnd"/>
            <w:r>
              <w:t xml:space="preserve"> </w:t>
            </w:r>
            <w:proofErr w:type="spellStart"/>
            <w:r>
              <w:t>Adı</w:t>
            </w:r>
            <w:proofErr w:type="spellEnd"/>
            <w:r>
              <w:t xml:space="preserve"> </w:t>
            </w:r>
            <w:proofErr w:type="spellStart"/>
            <w:r>
              <w:t>Soyadı</w:t>
            </w:r>
            <w:proofErr w:type="spellEnd"/>
            <w:r>
              <w:t>:</w:t>
            </w:r>
            <w:r>
              <w:br/>
            </w:r>
            <w:r>
              <w:br/>
            </w:r>
          </w:p>
        </w:tc>
        <w:tc>
          <w:tcPr>
            <w:tcW w:w="51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9C1574" w14:textId="77777777" w:rsidR="00004A26" w:rsidRDefault="005A7ADF">
            <w:proofErr w:type="spellStart"/>
            <w:r>
              <w:t>İmza</w:t>
            </w:r>
            <w:proofErr w:type="spellEnd"/>
            <w:r>
              <w:t>:</w:t>
            </w:r>
            <w:r>
              <w:br/>
            </w:r>
            <w:r>
              <w:br/>
            </w:r>
          </w:p>
        </w:tc>
      </w:tr>
      <w:tr w:rsidR="00004A26" w14:paraId="3FC6AFBF" w14:textId="77777777">
        <w:trPr>
          <w:jc w:val="center"/>
        </w:trPr>
        <w:tc>
          <w:tcPr>
            <w:tcW w:w="51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4BD0EA" w14:textId="77777777" w:rsidR="00004A26" w:rsidRDefault="005A7ADF">
            <w:proofErr w:type="spellStart"/>
            <w:r>
              <w:t>Tarih</w:t>
            </w:r>
            <w:proofErr w:type="spellEnd"/>
            <w:r>
              <w:t>: …… / …… / …………</w:t>
            </w:r>
            <w:r>
              <w:br/>
            </w:r>
            <w:r>
              <w:br/>
            </w:r>
          </w:p>
        </w:tc>
        <w:tc>
          <w:tcPr>
            <w:tcW w:w="51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B9A76A8" w14:textId="77777777" w:rsidR="00004A26" w:rsidRDefault="005A7ADF">
            <w:r>
              <w:br/>
            </w:r>
            <w:r>
              <w:br/>
            </w:r>
          </w:p>
        </w:tc>
      </w:tr>
      <w:tr w:rsidR="00004A26" w14:paraId="6D50CC31" w14:textId="77777777">
        <w:trPr>
          <w:jc w:val="center"/>
        </w:trPr>
        <w:tc>
          <w:tcPr>
            <w:tcW w:w="51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510C60" w14:textId="77777777" w:rsidR="00004A26" w:rsidRDefault="005A7ADF">
            <w:proofErr w:type="spellStart"/>
            <w:r>
              <w:t>İletişim</w:t>
            </w:r>
            <w:proofErr w:type="spellEnd"/>
            <w:r>
              <w:t xml:space="preserve"> </w:t>
            </w:r>
            <w:proofErr w:type="spellStart"/>
            <w:r>
              <w:t>Telefonu</w:t>
            </w:r>
            <w:proofErr w:type="spellEnd"/>
            <w:r>
              <w:t>:</w:t>
            </w:r>
            <w:r>
              <w:br/>
            </w:r>
          </w:p>
        </w:tc>
        <w:tc>
          <w:tcPr>
            <w:tcW w:w="51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549E7B" w14:textId="77777777" w:rsidR="00004A26" w:rsidRDefault="005A7ADF">
            <w:r>
              <w:br/>
            </w:r>
          </w:p>
        </w:tc>
      </w:tr>
    </w:tbl>
    <w:p w14:paraId="1E186574" w14:textId="03B04AC2" w:rsidR="00004A26" w:rsidRDefault="00004A26" w:rsidP="00D27EE4">
      <w:pPr>
        <w:spacing w:before="120" w:after="60"/>
      </w:pPr>
    </w:p>
    <w:sectPr w:rsidR="00004A26" w:rsidSect="00D27EE4">
      <w:headerReference w:type="default" r:id="rId9"/>
      <w:pgSz w:w="12240" w:h="15840"/>
      <w:pgMar w:top="850" w:right="1020" w:bottom="426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A599E" w14:textId="77777777" w:rsidR="00D27EE4" w:rsidRDefault="00D27EE4" w:rsidP="00D27EE4">
      <w:pPr>
        <w:spacing w:after="0" w:line="240" w:lineRule="auto"/>
      </w:pPr>
      <w:r>
        <w:separator/>
      </w:r>
    </w:p>
  </w:endnote>
  <w:endnote w:type="continuationSeparator" w:id="0">
    <w:p w14:paraId="76DF7C16" w14:textId="77777777" w:rsidR="00D27EE4" w:rsidRDefault="00D27EE4" w:rsidP="00D27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6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58F1D" w14:textId="77777777" w:rsidR="00D27EE4" w:rsidRDefault="00D27EE4" w:rsidP="00D27EE4">
      <w:pPr>
        <w:spacing w:after="0" w:line="240" w:lineRule="auto"/>
      </w:pPr>
      <w:r>
        <w:separator/>
      </w:r>
    </w:p>
  </w:footnote>
  <w:footnote w:type="continuationSeparator" w:id="0">
    <w:p w14:paraId="31E157BB" w14:textId="77777777" w:rsidR="00D27EE4" w:rsidRDefault="00D27EE4" w:rsidP="00D27E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5684B" w14:textId="6E9F248B" w:rsidR="00D27EE4" w:rsidRPr="00235D1C" w:rsidRDefault="00235D1C" w:rsidP="00235D1C">
    <w:pPr>
      <w:pStyle w:val="Header"/>
      <w:jc w:val="right"/>
    </w:pPr>
    <w:r w:rsidRPr="00235D1C">
      <w:rPr>
        <w:sz w:val="22"/>
        <w:szCs w:val="24"/>
      </w:rPr>
      <w:t>TMGF - 02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4A26"/>
    <w:rsid w:val="00034616"/>
    <w:rsid w:val="0006063C"/>
    <w:rsid w:val="0015074B"/>
    <w:rsid w:val="00235D1C"/>
    <w:rsid w:val="0029639D"/>
    <w:rsid w:val="002B649E"/>
    <w:rsid w:val="00304450"/>
    <w:rsid w:val="003050C2"/>
    <w:rsid w:val="00326F90"/>
    <w:rsid w:val="003A359E"/>
    <w:rsid w:val="004B2741"/>
    <w:rsid w:val="005A7ADF"/>
    <w:rsid w:val="007662BF"/>
    <w:rsid w:val="00AA1D8D"/>
    <w:rsid w:val="00B47730"/>
    <w:rsid w:val="00CB0664"/>
    <w:rsid w:val="00D27EE4"/>
    <w:rsid w:val="00DA2C5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E6F0476"/>
  <w14:defaultImageDpi w14:val="300"/>
  <w15:docId w15:val="{8A80D0B4-75B0-4380-8EEF-937E21547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HASRET</cp:lastModifiedBy>
  <cp:revision>11</cp:revision>
  <cp:lastPrinted>2026-08-17T10:08:00Z</cp:lastPrinted>
  <dcterms:created xsi:type="dcterms:W3CDTF">2013-12-23T23:15:00Z</dcterms:created>
  <dcterms:modified xsi:type="dcterms:W3CDTF">2026-08-17T11:11:00Z</dcterms:modified>
  <cp:category/>
</cp:coreProperties>
</file>